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360"/>
        <w:jc w:val="center"/>
      </w:pPr>
      <w:r>
        <w:rPr>
          <w:rFonts w:ascii="Calibri" w:hAnsi="Calibri" w:eastAsia="Calibri"/>
          <w:b/>
          <w:color w:val="00AEEF"/>
          <w:sz w:val="20"/>
        </w:rPr>
        <w:t>FREE AI RESOURCE  10</w:t>
      </w:r>
    </w:p>
    <w:p>
      <w:pPr>
        <w:keepNext/>
        <w:spacing w:after="240"/>
        <w:jc w:val="center"/>
      </w:pPr>
      <w:r>
        <w:rPr>
          <w:rFonts w:ascii="Calibri" w:hAnsi="Calibri" w:eastAsia="Calibri"/>
          <w:b/>
          <w:color w:val="071426"/>
          <w:sz w:val="58"/>
        </w:rPr>
        <w:t>Universal AI Problem-Solving Prompt</w:t>
      </w:r>
    </w:p>
    <w:p>
      <w:pPr>
        <w:spacing w:after="680"/>
        <w:jc w:val="center"/>
      </w:pPr>
      <w:r>
        <w:rPr>
          <w:rFonts w:ascii="Calibri" w:hAnsi="Calibri" w:eastAsia="Calibri"/>
          <w:color w:val="0B2B4F"/>
          <w:sz w:val="28"/>
        </w:rPr>
        <w:t>A flagship reusable framework for analysing almost any real problem.</w:t>
      </w:r>
    </w:p>
    <w:p>
      <w:pPr>
        <w:spacing w:before="600" w:after="100"/>
        <w:jc w:val="center"/>
      </w:pPr>
      <w:r>
        <w:rPr>
          <w:rFonts w:ascii="Calibri" w:hAnsi="Calibri" w:eastAsia="Calibri"/>
          <w:b/>
          <w:color w:val="071426"/>
          <w:sz w:val="24"/>
        </w:rPr>
        <w:t>Hassan Yusuf AI Education</w:t>
      </w:r>
    </w:p>
    <w:p>
      <w:pPr>
        <w:jc w:val="center"/>
      </w:pPr>
      <w:r>
        <w:rPr>
          <w:rFonts w:ascii="Calibri" w:hAnsi="Calibri" w:eastAsia="Calibri"/>
          <w:b/>
          <w:color w:val="00AEEF"/>
          <w:sz w:val="18"/>
        </w:rPr>
        <w:t>PRACTICAL • CLEAR • ACTION-FOCUSED</w:t>
      </w:r>
    </w:p>
    <w:p>
      <w:r>
        <w:br w:type="page"/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OUTCOME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A flagship reusable framework for analysing almost any real problem.</w:t>
            </w:r>
          </w:p>
        </w:tc>
      </w:tr>
    </w:tbl>
    <w:p>
      <w:pPr>
        <w:pStyle w:val="Heading1"/>
      </w:pPr>
      <w:r>
        <w:t>What problem this solves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Real problems usually contain symptoms, missing information, constraints and competing explanations. This prompt gives AI a disciplined role: understand the situation, separate facts from assumptions, examine causes, compare options, prioritise action and define how progress will be measured.</w:t>
      </w:r>
    </w:p>
    <w:p>
      <w:pPr>
        <w:pStyle w:val="Heading2"/>
      </w:pPr>
      <w:r>
        <w:t>Who it is for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Anyone using AI to think through a practical problem in business, work, freelancing, content or planning.</w:t>
      </w:r>
    </w:p>
    <w:p>
      <w:pPr>
        <w:pStyle w:val="Heading2"/>
      </w:pPr>
      <w:r>
        <w:t>When to use it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The situation is complex and several causes or solutions are possible.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You need a decision-ready analysis, not a list of generic tips.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You want a reusable prompt that keeps human judgement at the centre.</w:t>
      </w:r>
    </w:p>
    <w:p>
      <w:pPr>
        <w:pStyle w:val="Heading1"/>
      </w:pPr>
      <w:r>
        <w:t>Information to prepare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Complete what you know. Write 'unknown' when the information is not available; do not guess.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Situation: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People affected: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Location or market: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What is happening: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Evidence or examples: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Desired outcome: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Why it matters: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What has already been tried: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Budget: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Time available: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Skills and resources: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Constraints: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Risks: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Decision deadline: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What success would look like: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pStyle w:val="Heading1"/>
      </w:pPr>
      <w:r>
        <w:t>Main copy-ready AI prompt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Copy the prompt below into ChatGPT, Gemini or another capable AI assistant. Then paste your completed context form after it.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ROLE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Act as a practical problem-solving partner specialising in universal ai problem-solving prompt.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TASK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Analyse the context I provide after this prompt and help me make a better decision and take practical action.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ANALYSIS REQUIRED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Understand and restate the situation without changing the facts.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Identify the most useful problem statement.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Separate symptoms, possible causes and consequences.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List facts, assumptions and essential missing information.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Generate several plausible explanations and note evidence for and against each.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Create realistic solution options that fit the stated constraints.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7. Evaluate options using impact, effort, cost, risk, reversibility and learning value.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8. Prioritise actions and explain dependencies.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9. Create an execution plan with owners, timing, checkpoints and safeguards.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10. Define success measures, early warning signals and the next decision point.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RULES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invent missing facts, data, customer feedback, prices, people, policies or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Separate facts I provided, assumptions, and missing information.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Ask only essential questions when the answer cannot be completed safely without them.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State uncertainty clearly and explain what evidence would reduce it.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Account for my budget, location, skills, time and available resources.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Prioritise recommendations instead of giving a long unranked list.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Prefer ethical, legal, low-risk and reversible tests when evidence is weak.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Give practical next actions with an owner, timing and success measure where possible.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guarantee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Flag legal, medical, financial or other high-stakes points that need qualified professional advice.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OUTPUT FORMAT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Situation summary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Problem statement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Symptoms / causes / consequences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Facts / assumptions / gaps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Explanations considered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Options comparison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7. Recommendation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8. Execution plan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9. Success measures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10. Risks and safeguards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11. What to do next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MY CONTEXT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I will paste my completed context form below. Start by checking whether the information is sufficient.</w:t>
            </w:r>
          </w:p>
        </w:tc>
      </w:tr>
    </w:tbl>
    <w:p>
      <w:pPr>
        <w:spacing w:after="120" w:line="300" w:lineRule="auto"/>
      </w:pPr>
      <w:r>
        <w:rPr>
          <w:rFonts w:ascii="Calibri" w:hAnsi="Calibri" w:eastAsia="Calibri"/>
          <w:color w:val="667085"/>
          <w:sz w:val="22"/>
        </w:rPr>
        <w:t>Prompt improvement tip: If the first answer is too broad, ask AI to show which missing evidence would most change the recommendation before requesting more ideas.</w:t>
      </w:r>
    </w:p>
    <w:p>
      <w:pPr>
        <w:pStyle w:val="Heading1"/>
      </w:pPr>
      <w:r>
        <w:t>Decision-quality rules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Do not invent missing facts, data, people, prices, policies or results.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Ask only essential questions when the analysis cannot be completed safely without them.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State uncertainty and show how it affects the recommendation.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Account for location, budget, time, skills, tools and available support.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Prefer reversible tests when evidence is weak.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Do not guarantee results or present professional advice outside your competence.</w:t>
      </w:r>
    </w:p>
    <w:p>
      <w:pPr>
        <w:pStyle w:val="Heading1"/>
      </w:pPr>
      <w:r>
        <w:t>Action priority labels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NOW: necessary within the next 24-72 hours.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NEXT: dependent actions for the following one to two weeks.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LATER: useful only after evidence or capacity improves.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DO NOT DO YET: expensive, risky or premature actions.</w:t>
      </w:r>
    </w:p>
    <w:p>
      <w:pPr>
        <w:pStyle w:val="Heading1"/>
      </w:pPr>
      <w:r>
        <w:t>Practical example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FICTIONAL EXAMPLE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Fictional scenario: A professional is deciding whether to launch a weekend AI workshop. The prompt separates the desired outcome from the proposed solution, identifies missing evidence about audience and schedule, compares a full workshop with a small pilot and creates a decision rule based on qualified registrations, delivery capacity and participant feedback.</w:t>
            </w:r>
          </w:p>
        </w:tc>
      </w:tr>
    </w:tbl>
    <w:p>
      <w:pPr>
        <w:pStyle w:val="Heading1"/>
      </w:pPr>
      <w:r>
        <w:t>How to use the AI answer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Review whether the problem statement is specific enough to guide action.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Correct any assumption that AI treated as a fact.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Choose the first action that creates useful evidence with acceptable risk.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Set the review date before you begin.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Return with new evidence and ask AI to update, not defend, the original plan.</w:t>
      </w:r>
    </w:p>
    <w:p>
      <w:pPr>
        <w:pStyle w:val="Heading1"/>
      </w:pPr>
      <w:r>
        <w:t>Mistakes to avoid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Using the prompt without completing the context fields.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Accepting one possible cause as certain.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Choosing the biggest solution before testing the problem.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Leaving actions without owners, measures or review dates.</w:t>
      </w:r>
    </w:p>
    <w:p>
      <w:pPr>
        <w:pStyle w:val="Heading1"/>
      </w:pPr>
      <w:r>
        <w:t>Next action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Choose the specialised resource in this library that matches the problem area, then apply its focused diagnostic.</w:t>
      </w:r>
    </w:p>
    <w:p>
      <w:pPr>
        <w:spacing w:after="120" w:line="300" w:lineRule="auto"/>
      </w:pPr>
      <w:r>
        <w:rPr>
          <w:rFonts w:ascii="Calibri" w:hAnsi="Calibri" w:eastAsia="Calibri"/>
          <w:color w:val="0B2B4F"/>
          <w:sz w:val="22"/>
        </w:rPr>
        <w:t>Find every free resource at hassan-yusuf-ai-education.mrhassanyuusuf.chatgpt.site/resources.</w:t>
      </w:r>
    </w:p>
    <w:p>
      <w:pPr>
        <w:pStyle w:val="Heading2"/>
      </w:pPr>
      <w:r>
        <w:t>Responsible use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IMPORTANT</w:t>
              <w:br/>
            </w:r>
            <w:r>
              <w:rPr>
                <w:rFonts w:ascii="Calibri" w:hAnsi="Calibri" w:eastAsia="Calibri"/>
                <w:b/>
                <w:color w:val="667085"/>
                <w:sz w:val="22"/>
              </w:rPr>
              <w:t>AI can assist with analysis, planning and content creation, but outputs may contain errors. Verify important information and use qualified professional advice for legal, medical, financial or other high-stakes decisions.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</w:pPr>
    <w:r>
      <w:rPr>
        <w:rFonts w:ascii="Calibri" w:hAnsi="Calibri" w:eastAsia="Calibri"/>
        <w:color w:val="667085"/>
        <w:sz w:val="16"/>
      </w:rPr>
      <w:t>Hassan Yusuf AI Education  •  Free Resources</w:t>
    </w:r>
    <w:r>
      <w:rPr>
        <w:rFonts w:ascii="Calibri" w:hAnsi="Calibri" w:eastAsia="Calibri"/>
        <w:color w:val="667085"/>
        <w:sz w:val="16"/>
      </w:rPr>
      <w:tab/>
    </w:r>
    <w:r>
      <w:rPr>
        <w:rFonts w:ascii="Calibri" w:hAnsi="Calibri" w:eastAsia="Calibri"/>
        <w:color w:val="667085"/>
        <w:sz w:val="16"/>
      </w:rPr>
      <w:t xml:space="preserve">Page </w:t>
    </w:r>
    <w:fldSimple w:instr="PAGE">
      <w: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667085"/>
        <w:sz w:val="16"/>
      </w:rPr>
      <w:t>hassan-yusuf-ai-education.mrhassanyuusuf.chatgpt.site/resources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</w:pPr>
    <w:r>
      <w:rPr>
        <w:rFonts w:ascii="Calibri" w:hAnsi="Calibri" w:eastAsia="Calibri"/>
        <w:b/>
        <w:color w:val="667085"/>
        <w:sz w:val="16"/>
      </w:rPr>
      <w:t>HASSAN YUSUF AI EDUCATION</w:t>
    </w:r>
    <w:r>
      <w:tab/>
    </w:r>
    <w:r>
      <w:rPr>
        <w:rFonts w:ascii="Calibri" w:hAnsi="Calibri" w:eastAsia="Calibri"/>
        <w:b/>
        <w:color w:val="667085"/>
        <w:sz w:val="16"/>
      </w:rPr>
      <w:t>RESOURCE 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0182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B2B4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B2B4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B2B4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Universal AI Problem-Solving Prompt</dc:title>
  <dc:subject>A flagship reusable framework for analysing almost any real problem.</dc:subject>
  <dc:creator>Hassan Yusuf Haji</dc:creator>
  <cp:keywords>AI, practical problem solving, business, work, freelancing, content creation</cp:keywords>
  <dc:description>Free educational resource from Hassan Yusuf AI Education.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