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360"/>
        <w:jc w:val="center"/>
      </w:pPr>
      <w:r>
        <w:rPr>
          <w:rFonts w:ascii="Calibri" w:hAnsi="Calibri" w:eastAsia="Calibri"/>
          <w:b/>
          <w:color w:val="00AEEF"/>
          <w:sz w:val="20"/>
        </w:rPr>
        <w:t>FREE AI RESOURCE  08</w:t>
      </w:r>
    </w:p>
    <w:p>
      <w:pPr>
        <w:keepNext/>
        <w:spacing w:after="240"/>
        <w:jc w:val="center"/>
      </w:pPr>
      <w:r>
        <w:rPr>
          <w:rFonts w:ascii="Calibri" w:hAnsi="Calibri" w:eastAsia="Calibri"/>
          <w:b/>
          <w:color w:val="071426"/>
          <w:sz w:val="58"/>
        </w:rPr>
        <w:t>AI Freelancer Starter System</w:t>
      </w:r>
    </w:p>
    <w:p>
      <w:pPr>
        <w:spacing w:after="680"/>
        <w:jc w:val="center"/>
      </w:pPr>
      <w:r>
        <w:rPr>
          <w:rFonts w:ascii="Calibri" w:hAnsi="Calibri" w:eastAsia="Calibri"/>
          <w:color w:val="0B2B4F"/>
          <w:sz w:val="28"/>
        </w:rPr>
        <w:t>Turn a useful skill into a realistic service, sample and first-client process.</w:t>
      </w:r>
    </w:p>
    <w:p>
      <w:pPr>
        <w:spacing w:before="600" w:after="100"/>
        <w:jc w:val="center"/>
      </w:pPr>
      <w:r>
        <w:rPr>
          <w:rFonts w:ascii="Calibri" w:hAnsi="Calibri" w:eastAsia="Calibri"/>
          <w:b/>
          <w:color w:val="071426"/>
          <w:sz w:val="24"/>
        </w:rPr>
        <w:t>Hassan Yusuf AI Education</w:t>
      </w:r>
    </w:p>
    <w:p>
      <w:pPr>
        <w:jc w:val="center"/>
      </w:pPr>
      <w:r>
        <w:rPr>
          <w:rFonts w:ascii="Calibri" w:hAnsi="Calibri" w:eastAsia="Calibri"/>
          <w:b/>
          <w:color w:val="00AEEF"/>
          <w:sz w:val="18"/>
        </w:rPr>
        <w:t>PRACTICAL • CLEAR • ACTION-FOCUSED</w:t>
      </w:r>
    </w:p>
    <w:p>
      <w:r>
        <w:br w:type="page"/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DDF7FF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OUTCOME</w:t>
              <w:br/>
            </w:r>
            <w:r>
              <w:rPr>
                <w:rFonts w:ascii="Calibri" w:hAnsi="Calibri" w:eastAsia="Calibri"/>
                <w:b/>
                <w:color w:val="0B2B4F"/>
                <w:sz w:val="22"/>
              </w:rPr>
              <w:t>Turn a useful skill into a realistic service, sample and first-client process.</w:t>
            </w:r>
          </w:p>
        </w:tc>
      </w:tr>
    </w:tbl>
    <w:p>
      <w:pPr>
        <w:pStyle w:val="Heading1"/>
      </w:pPr>
      <w:r>
        <w:t>What problem this solves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Learning a tool is not the same as offering a reliable service. This system helps you identify a useful skill, choose a client problem, build a narrow service, create a credible sample, think through pricing, write a clear proposal and deliver the first project responsibly.</w:t>
      </w:r>
    </w:p>
    <w:p>
      <w:pPr>
        <w:pStyle w:val="Heading2"/>
      </w:pPr>
      <w:r>
        <w:t>Who it is for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Aspiring freelancers, students preparing for professional work and creators adding client services.</w:t>
      </w:r>
    </w:p>
    <w:p>
      <w:pPr>
        <w:pStyle w:val="Heading2"/>
      </w:pPr>
      <w:r>
        <w:t>When to use it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You have skills but cannot explain what service to sell.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You need a portfolio sample without inventing client results.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You want a realistic outreach and delivery system, not an easy-income promise.</w:t>
      </w:r>
    </w:p>
    <w:p>
      <w:pPr>
        <w:pStyle w:val="Heading1"/>
      </w:pPr>
      <w:r>
        <w:t>Information to prepare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Complete what you know. Write 'unknown' when the information is not available; do not guess.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Skills you can demonstrate: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Tools you can use reliably: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Work you enjoy: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Time available per week: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Location and languages: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Industries you understand: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Problems you have observed: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Target client: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Sample work available: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Delivery limits: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Income goal: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keepLines/>
        <w:spacing w:before="20" w:after="140"/>
      </w:pPr>
      <w:r>
        <w:rPr>
          <w:rFonts w:ascii="Calibri" w:hAnsi="Calibri" w:eastAsia="Calibri"/>
          <w:b/>
          <w:color w:val="0B2B4F"/>
          <w:sz w:val="21"/>
        </w:rPr>
        <w:t xml:space="preserve">Learning gaps: </w:t>
      </w:r>
      <w:r>
        <w:rPr>
          <w:rFonts w:ascii="Calibri" w:hAnsi="Calibri" w:eastAsia="Calibri"/>
          <w:color w:val="DBE3EF"/>
          <w:sz w:val="21"/>
        </w:rPr>
        <w:t>________________________________________________________________</w:t>
      </w:r>
    </w:p>
    <w:p>
      <w:pPr>
        <w:pStyle w:val="Heading1"/>
      </w:pPr>
      <w:r>
        <w:t>Main copy-ready AI prompt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Copy the prompt below into ChatGPT, Gemini or another capable AI assistant. Then paste your completed context form after it.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7F9FC"/>
          </w:tcPr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ROLE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Act as a practical problem-solving partner specialising in ai freelancer starter system.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TASK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Analyse the context I provide after this prompt and help me make a better decision and take practical action.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ANALYSIS REQUIRED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1. Separate demonstrated skills from tools you have only explored.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2. Identify client problems that are specific, frequent and connected to a business outcome.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3. Choose one target client and create a narrow starter service with clear deliverables.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4. Design a fictional-spec or self-initiated sample without presenting it as paid client work.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5. Suggest pricing questions based on scope, time, complexity, revisions and market context.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6. Create a simple proposal and personalised outreach approach.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7. Build a first-client delivery checklist including approval, privacy, quality and handoff.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RULES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Do not invent missing facts, data, customer feedback, prices, people, policies or results.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Separate facts I provided, assumptions, and missing information.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Ask only essential questions when the answer cannot be completed safely without them.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State uncertainty clearly and explain what evidence would reduce it.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Account for my budget, location, skills, time and available resources.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Prioritise recommendations instead of giving a long unranked list.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Prefer ethical, legal, low-risk and reversible tests when evidence is weak.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Give practical next actions with an owner, timing and success measure where possible.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Do not guarantee results.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- Flag legal, medical, financial or other high-stakes points that need qualified professional advice.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OUTPUT FORMAT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1. Skill inventory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2. Problem and client choice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3. Starter service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4. Sample project brief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5. Portfolio structure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6. Pricing questions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7. Proposal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8. Outreach plan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9. Delivery checklist</w:t>
            </w:r>
          </w:p>
          <w:p>
            <w:pPr>
              <w:spacing w:after="10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/>
                <w:color w:val="0B2B4F"/>
                <w:sz w:val="18"/>
              </w:rPr>
              <w:t>MY CONTEXT</w:t>
            </w:r>
          </w:p>
          <w:p>
            <w:pPr>
              <w:spacing w:after="40" w:line="259" w:lineRule="auto"/>
            </w:pPr>
            <w:r>
              <w:rPr>
                <w:rFonts w:ascii="Consolas" w:hAnsi="Consolas" w:eastAsia="Consolas"/>
                <w:b w:val="0"/>
                <w:color w:val="101828"/>
                <w:sz w:val="18"/>
              </w:rPr>
              <w:t>I will paste my completed context form below. Start by checking whether the information is sufficient.</w:t>
            </w:r>
          </w:p>
        </w:tc>
      </w:tr>
    </w:tbl>
    <w:p>
      <w:pPr>
        <w:spacing w:after="120" w:line="300" w:lineRule="auto"/>
      </w:pPr>
      <w:r>
        <w:rPr>
          <w:rFonts w:ascii="Calibri" w:hAnsi="Calibri" w:eastAsia="Calibri"/>
          <w:color w:val="667085"/>
          <w:sz w:val="22"/>
        </w:rPr>
        <w:t>Prompt improvement tip: If the first answer is too broad, ask AI to show which missing evidence would most change the recommendation before requesting more ideas.</w:t>
      </w:r>
    </w:p>
    <w:p>
      <w:pPr>
        <w:pStyle w:val="Heading1"/>
      </w:pPr>
      <w:r>
        <w:t>Starter service formula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For [specific client], I help solve [specific problem] by delivering [clear outputs] within [timeframe], with [important boundary or review process].</w:t>
      </w:r>
    </w:p>
    <w:p>
      <w:pPr>
        <w:pStyle w:val="Heading1"/>
      </w:pPr>
      <w:r>
        <w:t>Portfolio without fake claims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Label self-initiated work as a concept, demonstration or sample project.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Show the brief, your reasoning, the process and the final output.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Do not invent a client, testimonial, revenue result or performance number.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Explain what would be measured in a real engagement.</w:t>
      </w:r>
    </w:p>
    <w:p>
      <w:pPr>
        <w:pStyle w:val="Heading1"/>
      </w:pPr>
      <w:r>
        <w:t>First-client execution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Confirm scope, price, timeline, approvals and payment terms in writing.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Collect only the access and information needed for the work.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Share a midpoint review before finishing everything.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Check quality, privacy, brand accuracy and file ownership before handoff.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Request honest feedback and permission before using the work publicly.</w:t>
      </w:r>
    </w:p>
    <w:p>
      <w:pPr>
        <w:pStyle w:val="Heading1"/>
      </w:pPr>
      <w:r>
        <w:t>Practical example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DDF7FF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FICTIONAL EXAMPLE</w:t>
              <w:br/>
            </w:r>
            <w:r>
              <w:rPr>
                <w:rFonts w:ascii="Calibri" w:hAnsi="Calibri" w:eastAsia="Calibri"/>
                <w:b/>
                <w:color w:val="0B2B4F"/>
                <w:sz w:val="22"/>
              </w:rPr>
              <w:t>Fictional scenario: A beginner can edit short videos, use Canva and draft captions with AI. Instead of selling 'digital marketing,' they create a restaurant short-video starter pack: one content audit, four scripts, four edited reels and a posting guide. A concept project is clearly labelled as a demonstration.</w:t>
            </w:r>
          </w:p>
        </w:tc>
      </w:tr>
    </w:tbl>
    <w:p>
      <w:pPr>
        <w:pStyle w:val="Heading1"/>
      </w:pPr>
      <w:r>
        <w:t>How to use the AI answer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Choose the service you can deliver reliably now.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Use the sample to discover quality gaps before client work.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Personalise outreach around an observed problem, not a generic mass message.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Improve pricing after tracking real time, revisions and delivery difficulty.</w:t>
      </w:r>
    </w:p>
    <w:p>
      <w:pPr>
        <w:pStyle w:val="Heading1"/>
      </w:pPr>
      <w:r>
        <w:t>Mistakes to avoid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Selling a broad title such as 'AI expert' without a concrete service.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Promising results you do not control or cannot measure.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Using copied work or a fictional client as portfolio proof.</w:t>
      </w:r>
    </w:p>
    <w:p>
      <w:pPr>
        <w:spacing w:after="80" w:line="300" w:lineRule="auto"/>
        <w:ind w:left="540" w:hanging="271"/>
      </w:pPr>
      <w:r>
        <w:rPr>
          <w:rFonts w:ascii="Calibri" w:hAnsi="Calibri" w:eastAsia="Calibri"/>
          <w:color w:val="101828"/>
          <w:sz w:val="22"/>
        </w:rPr>
        <w:t>• Taking a project without agreeing on revisions and responsibilities.</w:t>
      </w:r>
    </w:p>
    <w:p>
      <w:pPr>
        <w:pStyle w:val="Heading1"/>
      </w:pPr>
      <w:r>
        <w:t>Next action</w:t>
      </w:r>
    </w:p>
    <w:p>
      <w:pPr>
        <w:spacing w:after="120" w:line="300" w:lineRule="auto"/>
      </w:pPr>
      <w:r>
        <w:rPr>
          <w:rFonts w:ascii="Calibri" w:hAnsi="Calibri" w:eastAsia="Calibri"/>
          <w:color w:val="101828"/>
          <w:sz w:val="22"/>
        </w:rPr>
        <w:t>Use Resource 04 to sharpen the service offer and Resource 03 to handle inquiries professionally.</w:t>
      </w:r>
    </w:p>
    <w:p>
      <w:pPr>
        <w:spacing w:after="120" w:line="300" w:lineRule="auto"/>
      </w:pPr>
      <w:r>
        <w:rPr>
          <w:rFonts w:ascii="Calibri" w:hAnsi="Calibri" w:eastAsia="Calibri"/>
          <w:color w:val="0B2B4F"/>
          <w:sz w:val="22"/>
        </w:rPr>
        <w:t>Find every free resource at hassan-yusuf-ai-education.mrhassanyuusuf.chatgpt.site/resources.</w:t>
      </w:r>
    </w:p>
    <w:p>
      <w:pPr>
        <w:pStyle w:val="Heading2"/>
      </w:pPr>
      <w:r>
        <w:t>Responsible use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7F9FC"/>
          </w:tcPr>
          <w:p>
            <w:pPr>
              <w:spacing w:before="40" w:after="40" w:line="288" w:lineRule="auto"/>
            </w:pPr>
            <w:r>
              <w:rPr>
                <w:rFonts w:ascii="Calibri" w:hAnsi="Calibri" w:eastAsia="Calibri"/>
                <w:b/>
                <w:color w:val="00AEEF"/>
                <w:sz w:val="18"/>
              </w:rPr>
              <w:t>IMPORTANT</w:t>
              <w:br/>
            </w:r>
            <w:r>
              <w:rPr>
                <w:rFonts w:ascii="Calibri" w:hAnsi="Calibri" w:eastAsia="Calibri"/>
                <w:b/>
                <w:color w:val="667085"/>
                <w:sz w:val="22"/>
              </w:rPr>
              <w:t>AI can assist with analysis, planning and content creation, but outputs may contain errors. Verify important information and use qualified professional advice for legal, medical, financial or other high-stakes decisions.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</w:pPr>
    <w:r>
      <w:rPr>
        <w:rFonts w:ascii="Calibri" w:hAnsi="Calibri" w:eastAsia="Calibri"/>
        <w:color w:val="667085"/>
        <w:sz w:val="16"/>
      </w:rPr>
      <w:t>Hassan Yusuf AI Education  •  Free Resources</w:t>
    </w:r>
    <w:r>
      <w:rPr>
        <w:rFonts w:ascii="Calibri" w:hAnsi="Calibri" w:eastAsia="Calibri"/>
        <w:color w:val="667085"/>
        <w:sz w:val="16"/>
      </w:rPr>
      <w:tab/>
    </w:r>
    <w:r>
      <w:rPr>
        <w:rFonts w:ascii="Calibri" w:hAnsi="Calibri" w:eastAsia="Calibri"/>
        <w:color w:val="667085"/>
        <w:sz w:val="16"/>
      </w:rPr>
      <w:t xml:space="preserve">Page </w:t>
    </w:r>
    <w:fldSimple w:instr="PAGE">
      <w:r>
        <w:t>1</w:t>
      </w:r>
    </w:fldSimple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color w:val="667085"/>
        <w:sz w:val="16"/>
      </w:rPr>
      <w:t>hassan-yusuf-ai-education.mrhassanyuusuf.chatgpt.site/resources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</w:pPr>
    <w:r>
      <w:rPr>
        <w:rFonts w:ascii="Calibri" w:hAnsi="Calibri" w:eastAsia="Calibri"/>
        <w:b/>
        <w:color w:val="667085"/>
        <w:sz w:val="16"/>
      </w:rPr>
      <w:t>HASSAN YUSUF AI EDUCATION</w:t>
    </w:r>
    <w:r>
      <w:tab/>
    </w:r>
    <w:r>
      <w:rPr>
        <w:rFonts w:ascii="Calibri" w:hAnsi="Calibri" w:eastAsia="Calibri"/>
        <w:b/>
        <w:color w:val="667085"/>
        <w:sz w:val="16"/>
      </w:rPr>
      <w:t>RESOURCE 08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01828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B2B4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B2B4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0B2B4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Freelancer Starter System</dc:title>
  <dc:subject>Turn a useful skill into a realistic service, sample and first-client process.</dc:subject>
  <dc:creator>Hassan Yusuf Haji</dc:creator>
  <cp:keywords>AI, practical problem solving, business, work, freelancing, content creation</cp:keywords>
  <dc:description>Free educational resource from Hassan Yusuf AI Education.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