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</w:p>
    <w:p>
      <w:pPr>
        <w:spacing w:after="0"/>
      </w:pPr>
    </w:p>
    <w:p>
      <w:pPr>
        <w:spacing w:after="0"/>
      </w:pPr>
    </w:p>
    <w:p>
      <w:pPr>
        <w:spacing w:after="360"/>
        <w:jc w:val="center"/>
      </w:pPr>
      <w:r>
        <w:rPr>
          <w:rFonts w:ascii="Calibri" w:hAnsi="Calibri" w:eastAsia="Calibri"/>
          <w:b/>
          <w:color w:val="00AEEF"/>
          <w:sz w:val="20"/>
        </w:rPr>
        <w:t>FREE AI RESOURCE  07</w:t>
      </w:r>
    </w:p>
    <w:p>
      <w:pPr>
        <w:keepNext/>
        <w:spacing w:after="240"/>
        <w:jc w:val="center"/>
      </w:pPr>
      <w:r>
        <w:rPr>
          <w:rFonts w:ascii="Calibri" w:hAnsi="Calibri" w:eastAsia="Calibri"/>
          <w:b/>
          <w:color w:val="071426"/>
          <w:sz w:val="58"/>
        </w:rPr>
        <w:t>Views But No Sales - Content Diagnostic</w:t>
      </w:r>
    </w:p>
    <w:p>
      <w:pPr>
        <w:spacing w:after="680"/>
        <w:jc w:val="center"/>
      </w:pPr>
      <w:r>
        <w:rPr>
          <w:rFonts w:ascii="Calibri" w:hAnsi="Calibri" w:eastAsia="Calibri"/>
          <w:color w:val="0B2B4F"/>
          <w:sz w:val="28"/>
        </w:rPr>
        <w:t>Connect attention to the right audience, trust, offer and next step.</w:t>
      </w:r>
    </w:p>
    <w:p>
      <w:pPr>
        <w:spacing w:before="600" w:after="100"/>
        <w:jc w:val="center"/>
      </w:pPr>
      <w:r>
        <w:rPr>
          <w:rFonts w:ascii="Calibri" w:hAnsi="Calibri" w:eastAsia="Calibri"/>
          <w:b/>
          <w:color w:val="071426"/>
          <w:sz w:val="24"/>
        </w:rPr>
        <w:t>Hassan Yusuf AI Education</w:t>
      </w:r>
    </w:p>
    <w:p>
      <w:pPr>
        <w:jc w:val="center"/>
      </w:pPr>
      <w:r>
        <w:rPr>
          <w:rFonts w:ascii="Calibri" w:hAnsi="Calibri" w:eastAsia="Calibri"/>
          <w:b/>
          <w:color w:val="00AEEF"/>
          <w:sz w:val="18"/>
        </w:rPr>
        <w:t>PRACTICAL • CLEAR • ACTION-FOCUSED</w:t>
      </w:r>
    </w:p>
    <w:p>
      <w:r>
        <w:br w:type="page"/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DDF7FF"/>
          </w:tcPr>
          <w:p>
            <w:pPr>
              <w:spacing w:before="40" w:after="40" w:line="288" w:lineRule="auto"/>
            </w:pPr>
            <w:r>
              <w:rPr>
                <w:rFonts w:ascii="Calibri" w:hAnsi="Calibri" w:eastAsia="Calibri"/>
                <w:b/>
                <w:color w:val="00AEEF"/>
                <w:sz w:val="18"/>
              </w:rPr>
              <w:t>OUTCOME</w:t>
              <w:br/>
            </w:r>
            <w:r>
              <w:rPr>
                <w:rFonts w:ascii="Calibri" w:hAnsi="Calibri" w:eastAsia="Calibri"/>
                <w:b/>
                <w:color w:val="0B2B4F"/>
                <w:sz w:val="22"/>
              </w:rPr>
              <w:t>Connect attention to the right audience, trust, offer and next step.</w:t>
            </w:r>
          </w:p>
        </w:tc>
      </w:tr>
    </w:tbl>
    <w:p>
      <w:pPr>
        <w:pStyle w:val="Heading1"/>
      </w:pPr>
      <w:r>
        <w:t>What problem this solves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High views can come from entertainment, curiosity or a broad audience that has little buying intent. This guide helps creators and businesses examine who watches, why they watch, what they believe after watching and whether the content creates a credible path to an offer.</w:t>
      </w:r>
    </w:p>
    <w:p>
      <w:pPr>
        <w:pStyle w:val="Heading2"/>
      </w:pPr>
      <w:r>
        <w:t>Who it is for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Creators, educators, small businesses, course sellers and social-media managers.</w:t>
      </w:r>
    </w:p>
    <w:p>
      <w:pPr>
        <w:pStyle w:val="Heading2"/>
      </w:pPr>
      <w:r>
        <w:t>When to use it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Videos receive views but produce few relevant inquiries or sales.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Followers enjoy the content but do not understand what you offer.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You need to protect reach while improving commercial relevance.</w:t>
      </w:r>
    </w:p>
    <w:p>
      <w:pPr>
        <w:pStyle w:val="Heading1"/>
      </w:pPr>
      <w:r>
        <w:t>Information to prepare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Complete what you know. Write 'unknown' when the information is not available; do not guess.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Niche: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Target buyer: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Offer: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Top-performing content: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Typical hooks: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Audience comments: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Viewer locations or demographics: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Profile message: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CTA: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Proof used: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Inquiries: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Sales: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Content frequency: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Awareness level of the audience: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pStyle w:val="Heading1"/>
      </w:pPr>
      <w:r>
        <w:t>Main copy-ready AI prompt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Copy the prompt below into ChatGPT, Gemini or another capable AI assistant. Then paste your completed context form after it.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7F9FC"/>
          </w:tcPr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ROLE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Act as a practical problem-solving partner specialising in views but no sales - content diagnostic.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TASK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Analyse the context I provide after this prompt and help me make a better decision and take practical action.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ANALYSIS REQUIRED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1. Compare the audience attracted by the content with the audience for the offer.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2. Classify content as entertainment, broad education, problem awareness, solution education, proof or offer.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3. Check whether hooks create relevant curiosity or only general attention.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4. Audit the content-to-offer connection, trust, CTA and profile journey.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5. Assess whether the audience understands the problem and is ready for the proposed next step.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6. Recommend a balanced content test that keeps value while increasing buyer relevance.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RULES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Do not invent missing facts, data, customer feedback, prices, people, policies or results.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Separate facts I provided, assumptions, and missing information.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Ask only essential questions when the answer cannot be completed safely without them.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State uncertainty clearly and explain what evidence would reduce it.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Account for my budget, location, skills, time and available resources.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Prioritise recommendations instead of giving a long unranked list.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Prefer ethical, legal, low-risk and reversible tests when evidence is weak.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Give practical next actions with an owner, timing and success measure where possible.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Do not guarantee results.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Flag legal, medical, financial or other high-stakes points that need qualified professional advice.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OUTPUT FORMAT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1. Audience mismatch analysis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2. Content-intent map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3. Offer connection gaps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4. Trust gaps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5. CTA fit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6. Three content tests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7. Profile or journey fixes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8. Measures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MY CONTEXT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I will paste my completed context form below. Start by checking whether the information is sufficient.</w:t>
            </w:r>
          </w:p>
        </w:tc>
      </w:tr>
    </w:tbl>
    <w:p>
      <w:pPr>
        <w:spacing w:after="120" w:line="300" w:lineRule="auto"/>
      </w:pPr>
      <w:r>
        <w:rPr>
          <w:rFonts w:ascii="Calibri" w:hAnsi="Calibri" w:eastAsia="Calibri"/>
          <w:color w:val="667085"/>
          <w:sz w:val="22"/>
        </w:rPr>
        <w:t>Prompt improvement tip: If the first answer is too broad, ask AI to show which missing evidence would most change the recommendation before requesting more ideas.</w:t>
      </w:r>
    </w:p>
    <w:p>
      <w:pPr>
        <w:pStyle w:val="Heading1"/>
      </w:pPr>
      <w:r>
        <w:t>Content intent map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Entertainment: earns attention but may not signal a problem or buyer need.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Broad education: useful but often attracts learners outside the target market.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Problem awareness: helps the right person recognise a costly or frustrating situation.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Solution education: explains mechanisms, trade-offs and better decisions.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Proof: shows process, samples or authorised evidence with context.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Offer: explains who the service is for, what it includes and the next step.</w:t>
      </w:r>
    </w:p>
    <w:p>
      <w:pPr>
        <w:pStyle w:val="Heading1"/>
      </w:pPr>
      <w:r>
        <w:t>Three practical tests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Create one before-and-after workflow linked directly to the offer.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Answer one repeated buyer objection with a clear example.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Publish one case-style demonstration with a simple, relevant CTA.</w:t>
      </w:r>
    </w:p>
    <w:p>
      <w:pPr>
        <w:pStyle w:val="Heading1"/>
      </w:pPr>
      <w:r>
        <w:t>Practical example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DDF7FF"/>
          </w:tcPr>
          <w:p>
            <w:pPr>
              <w:spacing w:before="40" w:after="40" w:line="288" w:lineRule="auto"/>
            </w:pPr>
            <w:r>
              <w:rPr>
                <w:rFonts w:ascii="Calibri" w:hAnsi="Calibri" w:eastAsia="Calibri"/>
                <w:b/>
                <w:color w:val="00AEEF"/>
                <w:sz w:val="18"/>
              </w:rPr>
              <w:t>FICTIONAL EXAMPLE</w:t>
              <w:br/>
            </w:r>
            <w:r>
              <w:rPr>
                <w:rFonts w:ascii="Calibri" w:hAnsi="Calibri" w:eastAsia="Calibri"/>
                <w:b/>
                <w:color w:val="0B2B4F"/>
                <w:sz w:val="22"/>
              </w:rPr>
              <w:t>Fictional scenario: An AI creator gets 30,000 views on dramatic AI transformations but few training inquiries. Comments show viewers want entertainment, while the paid program teaches professional content workflows. A test series keeps the visual transformation but reveals the planning, prompting and editing decisions, then invites serious learners to a practical free resource.</w:t>
            </w:r>
          </w:p>
        </w:tc>
      </w:tr>
    </w:tbl>
    <w:p>
      <w:pPr>
        <w:pStyle w:val="Heading1"/>
      </w:pPr>
      <w:r>
        <w:t>How to use the AI answer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Do not conclude that the offer is bad from views alone.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Check whether comments, profile visits and inquiries come from target buyers.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Improve relevance gradually rather than turning every post into an advertisement.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Measure qualified actions per relevant view or profile visit.</w:t>
      </w:r>
    </w:p>
    <w:p>
      <w:pPr>
        <w:pStyle w:val="Heading1"/>
      </w:pPr>
      <w:r>
        <w:t>Mistakes to avoid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Assuming all attention has the same commercial value.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Adding a sales CTA to content that has no offer connection.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Posting only promotional content after one viral entertainment video.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Using fake proof or unsupported results to create trust.</w:t>
      </w:r>
    </w:p>
    <w:p>
      <w:pPr>
        <w:pStyle w:val="Heading1"/>
      </w:pPr>
      <w:r>
        <w:t>Next action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Use Resource 06 to audit the full marketing journey, or Resource 04 if the offer is difficult to explain.</w:t>
      </w:r>
    </w:p>
    <w:p>
      <w:pPr>
        <w:spacing w:after="120" w:line="300" w:lineRule="auto"/>
      </w:pPr>
      <w:r>
        <w:rPr>
          <w:rFonts w:ascii="Calibri" w:hAnsi="Calibri" w:eastAsia="Calibri"/>
          <w:color w:val="0B2B4F"/>
          <w:sz w:val="22"/>
        </w:rPr>
        <w:t>Find every free resource at hassan-yusuf-ai-education.mrhassanyuusuf.chatgpt.site/resources.</w:t>
      </w:r>
    </w:p>
    <w:p>
      <w:pPr>
        <w:pStyle w:val="Heading2"/>
      </w:pPr>
      <w:r>
        <w:t>Responsible use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7F9FC"/>
          </w:tcPr>
          <w:p>
            <w:pPr>
              <w:spacing w:before="40" w:after="40" w:line="288" w:lineRule="auto"/>
            </w:pPr>
            <w:r>
              <w:rPr>
                <w:rFonts w:ascii="Calibri" w:hAnsi="Calibri" w:eastAsia="Calibri"/>
                <w:b/>
                <w:color w:val="00AEEF"/>
                <w:sz w:val="18"/>
              </w:rPr>
              <w:t>IMPORTANT</w:t>
              <w:br/>
            </w:r>
            <w:r>
              <w:rPr>
                <w:rFonts w:ascii="Calibri" w:hAnsi="Calibri" w:eastAsia="Calibri"/>
                <w:b/>
                <w:color w:val="667085"/>
                <w:sz w:val="22"/>
              </w:rPr>
              <w:t>AI can assist with analysis, planning and content creation, but outputs may contain errors. Verify important information and use qualified professional advice for legal, medical, financial or other high-stakes decisions.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</w:pPr>
    <w:r>
      <w:rPr>
        <w:rFonts w:ascii="Calibri" w:hAnsi="Calibri" w:eastAsia="Calibri"/>
        <w:color w:val="667085"/>
        <w:sz w:val="16"/>
      </w:rPr>
      <w:t>Hassan Yusuf AI Education  •  Free Resources</w:t>
    </w:r>
    <w:r>
      <w:rPr>
        <w:rFonts w:ascii="Calibri" w:hAnsi="Calibri" w:eastAsia="Calibri"/>
        <w:color w:val="667085"/>
        <w:sz w:val="16"/>
      </w:rPr>
      <w:tab/>
    </w:r>
    <w:r>
      <w:rPr>
        <w:rFonts w:ascii="Calibri" w:hAnsi="Calibri" w:eastAsia="Calibri"/>
        <w:color w:val="667085"/>
        <w:sz w:val="16"/>
      </w:rPr>
      <w:t xml:space="preserve">Page </w:t>
    </w:r>
    <w:fldSimple w:instr="PAGE">
      <w:r>
        <w:t>1</w:t>
      </w:r>
    </w:fldSimple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color w:val="667085"/>
        <w:sz w:val="16"/>
      </w:rPr>
      <w:t>hassan-yusuf-ai-education.mrhassanyuusuf.chatgpt.site/resources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</w:pPr>
    <w:r>
      <w:rPr>
        <w:rFonts w:ascii="Calibri" w:hAnsi="Calibri" w:eastAsia="Calibri"/>
        <w:b/>
        <w:color w:val="667085"/>
        <w:sz w:val="16"/>
      </w:rPr>
      <w:t>HASSAN YUSUF AI EDUCATION</w:t>
    </w:r>
    <w:r>
      <w:tab/>
    </w:r>
    <w:r>
      <w:rPr>
        <w:rFonts w:ascii="Calibri" w:hAnsi="Calibri" w:eastAsia="Calibri"/>
        <w:b/>
        <w:color w:val="667085"/>
        <w:sz w:val="16"/>
      </w:rPr>
      <w:t>RESOURCE 07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01828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B2B4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B2B4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0B2B4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Views But No Sales - Content Diagnostic</dc:title>
  <dc:subject>Connect attention to the right audience, trust, offer and next step.</dc:subject>
  <dc:creator>Hassan Yusuf Haji</dc:creator>
  <cp:keywords>AI, practical problem solving, business, work, freelancing, content creation</cp:keywords>
  <dc:description>Free educational resource from Hassan Yusuf AI Education.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